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Contratto di noleggio drone</w:t>
      </w:r>
    </w:p>
    <w:p>
      <w:pPr>
        <w:jc w:val="left"/>
      </w:pPr>
      <w:r>
        <w:t>DJI Mavic 4 Pro Combo Fly More senza pilota</w:t>
      </w:r>
    </w:p>
    <w:p>
      <w:r>
        <w:t>Il documento definisce noleggio, prezzo finale, assistenza del produttore e modalità di consegna e restituzione, senza cauzione o preautorizzazione. Nel noleggio online il cliente legge e accetta le condizioni e il riepilogo prima del pagamento; dopo la verifica riceve la conferma con la copia dei dati dell’ordine. Per operazioni concordate separatamente, le parti completano e accettano il contratto prima del pagamento e dell’affidamento del bene.</w:t>
      </w:r>
    </w:p>
    <w:p>
      <w:pPr>
        <w:pStyle w:val="Heading2"/>
      </w:pPr>
      <w:r>
        <w:t>1 Parti e riferimenti</w:t>
      </w:r>
    </w:p>
    <w:p>
      <w:r>
        <w:rPr>
          <w:b/>
        </w:rPr>
        <w:t>Locatore:</w:t>
      </w:r>
      <w:r>
        <w:t xml:space="preserve"> Ing. Salvatore Colangelo, P. IVA 02082660768, domicilio fiscale in Via Modena 14, 85016 Pietragalla (PZ). Recapito operativo dello studio: Via della Tecnica 24A, 85100 Potenza (PZ), con accesso su appuntamento. Email: salvatorecolangelo92@gmail.com. PEC: salvatore.colangelo@ingpec.eu.</w:t>
      </w:r>
    </w:p>
    <w:p>
      <w:pPr>
        <w:spacing w:after="140"/>
        <w:jc w:val="left"/>
      </w:pPr>
      <w:r>
        <w:t>Contratto n. __________________  Preventivo allegato n. __________ del __________</w:t>
      </w:r>
    </w:p>
    <w:p>
      <w:pPr>
        <w:spacing w:after="140"/>
        <w:jc w:val="left"/>
      </w:pPr>
      <w:r>
        <w:t>Cliente o ragione sociale __________________________________________________</w:t>
      </w:r>
    </w:p>
    <w:p>
      <w:pPr>
        <w:spacing w:after="140"/>
        <w:jc w:val="left"/>
      </w:pPr>
      <w:r>
        <w:t>C.F. o P. IVA ______________________  Rappresentante ________________________</w:t>
      </w:r>
    </w:p>
    <w:p>
      <w:pPr>
        <w:spacing w:after="140"/>
        <w:jc w:val="left"/>
      </w:pPr>
      <w:r>
        <w:t>Indirizzo completo _______________________________________________________</w:t>
      </w:r>
    </w:p>
    <w:p>
      <w:pPr>
        <w:spacing w:after="140"/>
        <w:jc w:val="left"/>
      </w:pPr>
      <w:r>
        <w:t>CAP __________  Comune _______________________  Stato ____________________</w:t>
      </w:r>
    </w:p>
    <w:p>
      <w:pPr>
        <w:spacing w:after="140"/>
        <w:jc w:val="left"/>
      </w:pPr>
      <w:r>
        <w:t>Email ______________________________  Telefono ____________________________</w:t>
      </w:r>
    </w:p>
    <w:p>
      <w:pPr>
        <w:spacing w:after="140"/>
        <w:jc w:val="left"/>
      </w:pPr>
      <w:r>
        <w:t>Qualifica del cliente     [ ] Consumatore     [ ] Professionista o impresa</w:t>
      </w:r>
    </w:p>
    <w:p>
      <w:r>
        <w:rPr>
          <w:sz w:val="18"/>
        </w:rPr>
        <w:t>Il cliente dichiara la finalità effettiva dell’acquisto. L’indicazione di una partita IVA o la selezione di una casella non elimina le tutele inderogabili eventualmente applicabili al consumatore.</w:t>
      </w:r>
    </w:p>
    <w:p>
      <w:pPr>
        <w:pStyle w:val="Heading2"/>
      </w:pPr>
      <w:r>
        <w:t>2 Bene e periodo concordato</w:t>
      </w:r>
    </w:p>
    <w:p>
      <w:r>
        <w:t>Il kit comprende esclusivamente i componenti identificati per quantità, matricola e stato nel verbale di consegna. Il servizio non comprende pilota, autorizzazioni al volo, progettazione o rilievi professionali. Proprietà del kit e disponibilità al noleggio restano al locatore.</w:t>
      </w:r>
    </w:p>
    <w:p>
      <w:pPr>
        <w:spacing w:after="140"/>
        <w:jc w:val="left"/>
      </w:pPr>
      <w:r>
        <w:t>Matricola drone _______________________  Valore effettivo kit € _______________</w:t>
      </w:r>
    </w:p>
    <w:p>
      <w:pPr>
        <w:spacing w:after="140"/>
        <w:jc w:val="left"/>
      </w:pPr>
      <w:r>
        <w:t>Utilizzo dal __________ ore ______  al __________ ore ______  Fuso ____________</w:t>
      </w:r>
    </w:p>
    <w:p>
      <w:pPr>
        <w:spacing w:after="140"/>
        <w:jc w:val="left"/>
      </w:pPr>
      <w:r>
        <w:t>Luogo e finalità di utilizzo __________________________________________________</w:t>
      </w:r>
    </w:p>
    <w:p>
      <w:pPr>
        <w:spacing w:after="140"/>
        <w:jc w:val="left"/>
      </w:pPr>
      <w:r>
        <w:t>Paesi autorizzati _________________________________________________________</w:t>
      </w:r>
    </w:p>
    <w:p>
      <w:r>
        <w:t>Per il ritiro e la restituzione a Potenza, il cliente può pagare online le date pubblicate come prenotabili: il pagamento verificato conferma il periodo riportato nell’ordine accettato. Spedizione e prestazioni con pilota richiedono una proposta completa dedicata. Identità, requisiti operativi e appuntamento di consegna vengono verificati prima dell’affidamento. Nessuna spedizione è dovuta prima dell’accordo e del pagamento.</w:t>
      </w:r>
    </w:p>
    <w:p>
      <w:r>
        <w:br w:type="page"/>
      </w:r>
    </w:p>
    <w:p>
      <w:pPr>
        <w:pStyle w:val="Heading1"/>
      </w:pPr>
      <w:r>
        <w:t>3 Prezzo e trasporto</w:t>
      </w:r>
    </w:p>
    <w:p>
      <w:pPr>
        <w:jc w:val="left"/>
      </w:pPr>
      <w:r>
        <w:rPr>
          <w:sz w:val="18"/>
        </w:rPr>
        <w:t>Il prezzo finale e le condizioni della singola operazione sono resi disponibili prima dell’accettazione e del pagamento.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55" w:type="dxa"/>
          <w:bottom w:w="55" w:type="dxa"/>
          <w:left w:w="80" w:type="dxa"/>
          <w:right w:w="80" w:type="dxa"/>
        </w:tblCellMar>
      </w:tblPr>
      <w:tblGrid>
        <w:gridCol w:w="3628"/>
        <w:gridCol w:w="6009"/>
      </w:tblGrid>
      <w:tr>
        <w:trPr>
          <w:tblHeader/>
        </w:trPr>
        <w:tc>
          <w:tcPr>
            <w:tcW w:type="dxa" w:w="3628"/>
            <w:vAlign w:val="center"/>
            <w:shd w:fill="EDEDED"/>
          </w:tcPr>
          <w:p>
            <w:pPr>
              <w:keepNext w:val="0"/>
              <w:spacing w:before="60" w:after="60" w:line="240" w:lineRule="auto"/>
              <w:jc w:val="left"/>
            </w:pPr>
            <w:r>
              <w:rPr>
                <w:rFonts w:ascii="Arial" w:hAnsi="Arial"/>
                <w:b/>
                <w:color w:val="000000"/>
                <w:sz w:val="20"/>
              </w:rPr>
              <w:t>Voce</w:t>
            </w:r>
          </w:p>
        </w:tc>
        <w:tc>
          <w:tcPr>
            <w:tcW w:type="dxa" w:w="6009"/>
            <w:vAlign w:val="center"/>
            <w:shd w:fill="EDEDED"/>
          </w:tcPr>
          <w:p>
            <w:pPr>
              <w:keepNext w:val="0"/>
              <w:spacing w:before="60" w:after="60" w:line="240" w:lineRule="auto"/>
              <w:jc w:val="left"/>
            </w:pPr>
            <w:r>
              <w:rPr>
                <w:rFonts w:ascii="Arial" w:hAnsi="Arial"/>
                <w:b/>
                <w:color w:val="000000"/>
                <w:sz w:val="20"/>
              </w:rPr>
              <w:t>Importo e condizioni concordate</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Canone per il periodo di utilizzo</w:t>
            </w:r>
          </w:p>
        </w:tc>
        <w:tc>
          <w:tcPr>
            <w:tcW w:type="dxa" w:w="6009"/>
            <w:vAlign w:val="center"/>
          </w:tcPr>
          <w:p>
            <w:pPr>
              <w:keepNext w:val="0"/>
              <w:spacing w:before="60" w:after="60" w:line="240" w:lineRule="auto"/>
              <w:jc w:val="left"/>
            </w:pPr>
            <w:r>
              <w:rPr>
                <w:rFonts w:ascii="Arial" w:hAnsi="Arial"/>
                <w:b w:val="0"/>
                <w:color w:val="000000"/>
                <w:sz w:val="20"/>
              </w:rPr>
              <w:t>€ ________   compenso € ______   cassa € _____   IVA € _____</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Spedizione di andata</w:t>
            </w:r>
          </w:p>
        </w:tc>
        <w:tc>
          <w:tcPr>
            <w:tcW w:type="dxa" w:w="6009"/>
            <w:vAlign w:val="center"/>
          </w:tcPr>
          <w:p>
            <w:pPr>
              <w:keepNext w:val="0"/>
              <w:spacing w:before="60" w:after="60" w:line="240" w:lineRule="auto"/>
              <w:jc w:val="left"/>
            </w:pPr>
            <w:r>
              <w:rPr>
                <w:rFonts w:ascii="Arial" w:hAnsi="Arial"/>
                <w:b w:val="0"/>
                <w:color w:val="000000"/>
                <w:sz w:val="20"/>
              </w:rPr>
              <w:t>€ __________   [ ] inclusa   [ ] non prevista</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Spedizione di ritorno</w:t>
            </w:r>
          </w:p>
        </w:tc>
        <w:tc>
          <w:tcPr>
            <w:tcW w:type="dxa" w:w="6009"/>
            <w:vAlign w:val="center"/>
          </w:tcPr>
          <w:p>
            <w:pPr>
              <w:keepNext w:val="0"/>
              <w:spacing w:before="60" w:after="60" w:line="240" w:lineRule="auto"/>
              <w:jc w:val="left"/>
            </w:pPr>
            <w:r>
              <w:rPr>
                <w:rFonts w:ascii="Arial" w:hAnsi="Arial"/>
                <w:b w:val="0"/>
                <w:color w:val="000000"/>
                <w:sz w:val="20"/>
              </w:rPr>
              <w:t>€ __________   [ ] inclusa   [ ] non prevista</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Imballo e copertura del trasporto</w:t>
            </w:r>
          </w:p>
        </w:tc>
        <w:tc>
          <w:tcPr>
            <w:tcW w:type="dxa" w:w="6009"/>
            <w:vAlign w:val="center"/>
          </w:tcPr>
          <w:p>
            <w:pPr>
              <w:keepNext w:val="0"/>
              <w:spacing w:before="60" w:after="60" w:line="240" w:lineRule="auto"/>
              <w:jc w:val="left"/>
            </w:pPr>
            <w:r>
              <w:rPr>
                <w:rFonts w:ascii="Arial" w:hAnsi="Arial"/>
                <w:b w:val="0"/>
                <w:color w:val="000000"/>
                <w:sz w:val="20"/>
              </w:rPr>
              <w:t>€ __________   condizioni allegate __________________</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Dazi e altri oneri preventivati</w:t>
            </w:r>
          </w:p>
        </w:tc>
        <w:tc>
          <w:tcPr>
            <w:tcW w:type="dxa" w:w="6009"/>
            <w:vAlign w:val="center"/>
          </w:tcPr>
          <w:p>
            <w:pPr>
              <w:keepNext w:val="0"/>
              <w:spacing w:before="60" w:after="60" w:line="240" w:lineRule="auto"/>
              <w:jc w:val="left"/>
            </w:pPr>
            <w:r>
              <w:rPr>
                <w:rFonts w:ascii="Arial" w:hAnsi="Arial"/>
                <w:b w:val="0"/>
                <w:color w:val="000000"/>
                <w:sz w:val="20"/>
              </w:rPr>
              <w:t>€ __________   soggetto tenuto al pagamento __________</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Totale corrispettivo da pagare</w:t>
            </w:r>
          </w:p>
        </w:tc>
        <w:tc>
          <w:tcPr>
            <w:tcW w:type="dxa" w:w="6009"/>
            <w:vAlign w:val="center"/>
          </w:tcPr>
          <w:p>
            <w:pPr>
              <w:keepNext w:val="0"/>
              <w:spacing w:before="60" w:after="60" w:line="240" w:lineRule="auto"/>
              <w:jc w:val="left"/>
            </w:pPr>
            <w:r>
              <w:rPr>
                <w:rFonts w:ascii="Arial" w:hAnsi="Arial"/>
                <w:b w:val="0"/>
                <w:color w:val="000000"/>
                <w:sz w:val="20"/>
              </w:rPr>
              <w:t>€ __________   imposte incluse ove dovute</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Cauzione e preautorizzazione</w:t>
            </w:r>
          </w:p>
        </w:tc>
        <w:tc>
          <w:tcPr>
            <w:tcW w:type="dxa" w:w="6009"/>
            <w:vAlign w:val="center"/>
          </w:tcPr>
          <w:p>
            <w:pPr>
              <w:keepNext w:val="0"/>
              <w:spacing w:before="60" w:after="60" w:line="240" w:lineRule="auto"/>
              <w:jc w:val="left"/>
            </w:pPr>
            <w:r>
              <w:rPr>
                <w:rFonts w:ascii="Arial" w:hAnsi="Arial"/>
                <w:b w:val="0"/>
                <w:color w:val="000000"/>
                <w:sz w:val="20"/>
              </w:rPr>
              <w:t>Non richieste - nessun blocco di somme sulla carta</w:t>
            </w:r>
          </w:p>
        </w:tc>
      </w:tr>
      <w:tr>
        <w:trPr>
          <w:cantSplit/>
          <w:cantSplit/>
        </w:trPr>
        <w:tc>
          <w:tcPr>
            <w:tcW w:type="dxa" w:w="3628"/>
            <w:vAlign w:val="center"/>
          </w:tcPr>
          <w:p>
            <w:pPr>
              <w:keepNext w:val="0"/>
              <w:spacing w:before="60" w:after="60" w:line="240" w:lineRule="auto"/>
              <w:jc w:val="left"/>
            </w:pPr>
            <w:r>
              <w:rPr>
                <w:rFonts w:ascii="Arial" w:hAnsi="Arial"/>
                <w:b w:val="0"/>
                <w:color w:val="000000"/>
                <w:sz w:val="20"/>
              </w:rPr>
              <w:t>Metodo e scadenza del pagamento</w:t>
            </w:r>
          </w:p>
        </w:tc>
        <w:tc>
          <w:tcPr>
            <w:tcW w:type="dxa" w:w="6009"/>
            <w:vAlign w:val="center"/>
          </w:tcPr>
          <w:p>
            <w:pPr>
              <w:keepNext w:val="0"/>
              <w:spacing w:before="60" w:after="60" w:line="240" w:lineRule="auto"/>
              <w:jc w:val="left"/>
            </w:pPr>
            <w:r>
              <w:rPr>
                <w:rFonts w:ascii="Arial" w:hAnsi="Arial"/>
                <w:b w:val="0"/>
                <w:color w:val="000000"/>
                <w:sz w:val="20"/>
              </w:rPr>
              <w:t>________________________________________________</w:t>
            </w:r>
          </w:p>
        </w:tc>
      </w:tr>
    </w:tbl>
    <w:p>
      <w:pPr>
        <w:spacing w:after="40"/>
      </w:pPr>
      <w:r/>
    </w:p>
    <w:p>
      <w:r>
        <w:t>Tariffe finali: € 127,00 per un giorno; € 207,00 per due giorni consecutivi; € 397,00 per una settimana. Cassa 4% e IVA 22% sono incluse. Le altre durate combinano queste tariffe. Il noleggio non prevede cauzione né preautorizzazione. La spedizione è quotata e accettata separatamente prima del pagamento.</w:t>
      </w:r>
    </w:p>
    <w:p>
      <w:r>
        <w:t>Sul drone è attivo DJI Care Refresh fino al 30 settembre 2027. Il canone comprende la gestione delle pratiche ammesse dal piano del produttore, che è distinto dalla copertura RC per il volo. La dotazione iniziale è di quattro sostituzioni, di cui due per flyaway, con costo per intervento di € 159 per danno accidentale e € 829 per flyaway. Ammissibilità e disponibilità residue si verificano con DJI; non è garantita la copertura di ogni danno o perdita.</w:t>
      </w:r>
    </w:p>
    <w:p>
      <w:pPr>
        <w:pStyle w:val="Heading2"/>
      </w:pPr>
      <w:r>
        <w:t>4 Consegna e restituzione</w:t>
      </w:r>
    </w:p>
    <w:p>
      <w:pPr>
        <w:spacing w:after="140"/>
        <w:jc w:val="left"/>
      </w:pPr>
      <w:r>
        <w:t>Modalità     [ ] Ritiro e restituzione a Potenza     [ ] Spedizione andata e ritorno</w:t>
      </w:r>
    </w:p>
    <w:p>
      <w:pPr>
        <w:spacing w:after="140"/>
        <w:jc w:val="left"/>
      </w:pPr>
      <w:r>
        <w:t>Indirizzo di consegna ______________________________________________________</w:t>
      </w:r>
    </w:p>
    <w:p>
      <w:pPr>
        <w:spacing w:after="140"/>
        <w:jc w:val="left"/>
      </w:pPr>
      <w:r>
        <w:t>Corriere e servizio ____________________  Colli ______  Peso ______  Misure ______</w:t>
      </w:r>
    </w:p>
    <w:p>
      <w:pPr>
        <w:spacing w:after="140"/>
        <w:jc w:val="left"/>
      </w:pPr>
      <w:r>
        <w:t>Partenza prevista __________  Consegna concordata __________  Margine ________</w:t>
      </w:r>
    </w:p>
    <w:p>
      <w:pPr>
        <w:spacing w:after="140"/>
        <w:jc w:val="left"/>
      </w:pPr>
      <w:r>
        <w:t>Affidamento reso entro __________ ore ______  Rientro previsto _________________</w:t>
      </w:r>
    </w:p>
    <w:p>
      <w:r>
        <w:t>Il periodo di utilizzo e il tempo di indisponibilità logistica sono distinti. Andata, ritorno e verifica tecnica sono conteggiati nella disponibilità del calendario; gli eventuali giorni di trasporto addebitati devono risultare espressamente nel preventivo. Il cliente conserva ricevute e tracciamento del reso.</w:t>
      </w:r>
    </w:p>
    <w:p>
      <w:r>
        <w:rPr>
          <w:sz w:val="18"/>
        </w:rPr>
        <w:t>Spedizioni nazionali e internazionali richiedono l’accettazione del contenuto da parte del vettore, imballo idoneo, verifica della copertura e delle regole del paese di destinazione. Nessuna destinazione è garantita in via generale. Per paesi extra UE, formalità di uscita temporanea e reimportazione e relativi costi sono concordati prima del pagamento.</w:t>
      </w:r>
    </w:p>
    <w:p>
      <w:r>
        <w:br w:type="page"/>
      </w:r>
    </w:p>
    <w:p>
      <w:pPr>
        <w:pStyle w:val="Heading1"/>
      </w:pPr>
      <w:r>
        <w:t>5 Utilizzo custodia e controlli</w:t>
      </w:r>
    </w:p>
    <w:p>
      <w:r>
        <w:t>Il locatore consegna il kit funzionante, con gli accessori concordati, le istruzioni essenziali e i difetti già documentati. Il cliente verifica il contenuto, custodisce il bene con diligenza e lo usa secondo il manuale del produttore, nei paesi e per le finalità autorizzati. Restano applicabili gli obblighi del locatore per vizi e sicurezza del bene.</w:t>
      </w:r>
    </w:p>
    <w:p>
      <w:r>
        <w:t>Prima dell’uso le parti identificano l’operatore UAS, il pilota e la copertura RC richiesta per l’operazione. Il cliente rispetta requisiti di competenza, registrazione, zone geografiche, limiti di volo e privacy. La consegna del kit non abilita di per sé a volare. Il piano DJI Care Refresh non sostituisce la polizza RC necessaria per l’operazione e non copre automaticamente ogni responsabilità del cliente.</w:t>
      </w:r>
    </w:p>
    <w:p>
      <w:pPr>
        <w:spacing w:after="140"/>
        <w:jc w:val="left"/>
      </w:pPr>
      <w:r>
        <w:t>Operatore UAS e codice _____________________  Pilota _________________________</w:t>
      </w:r>
    </w:p>
    <w:p>
      <w:pPr>
        <w:spacing w:after="140"/>
        <w:jc w:val="left"/>
      </w:pPr>
      <w:r>
        <w:t>Attestato e validità ________________________________________________________</w:t>
      </w:r>
    </w:p>
    <w:p>
      <w:pPr>
        <w:spacing w:after="140"/>
        <w:jc w:val="left"/>
      </w:pPr>
      <w:r>
        <w:t>Assicuratore RC ___________________  Polizza ______________  Scadenza ________</w:t>
      </w:r>
    </w:p>
    <w:p>
      <w:pPr>
        <w:spacing w:after="140"/>
        <w:jc w:val="left"/>
      </w:pPr>
      <w:r>
        <w:t>Eventuale ulteriore copertura danni o furto ____________  Franchigia € ___________</w:t>
      </w:r>
    </w:p>
    <w:p>
      <w:pPr>
        <w:spacing w:after="140"/>
        <w:jc w:val="left"/>
      </w:pPr>
      <w:r>
        <w:t>Paesi utilizzo e noleggio a terzi coperti _______________________________________</w:t>
      </w:r>
    </w:p>
    <w:p>
      <w:r>
        <w:t>Senza consenso scritto del locatore sono vietati subnoleggio, cessione a terzi, modifiche, riparazioni e impieghi diversi da quelli concordati. Il cliente segnala subito incidenti, perdita, furto, anomalie o urti e conserva le evidenze pertinenti. In caso di guasto o rischio interrompe l’uso; non tenta riparazioni non autorizzate. Per la pratica DJI Care conserva i dati di volo pertinenti e non modifica gli abbinamenti di account e radiocomando senza istruzioni dello studio.</w:t>
      </w:r>
    </w:p>
    <w:p>
      <w:pPr>
        <w:pStyle w:val="Heading2"/>
      </w:pPr>
      <w:r>
        <w:t>6 Trasporto e verbali fotografici</w:t>
      </w:r>
    </w:p>
    <w:p>
      <w:r>
        <w:t>Le parti allegano fotografie del kit effettivo, non immagini commerciali, e annotano matricole, quantità, condizioni e prove funzionali nei verbali di consegna e restituzione. Per la spedizione si fotografano anche imballo, protezioni e sigilli. Il cliente segnala anomalie visibili preferibilmente entro 24 ore dal ricevimento: tale indicazione organizzativa non limita diritti o termini inderogabili né esclude difetti occulti.</w:t>
      </w:r>
    </w:p>
    <w:p>
      <w:r>
        <w:t>Il reso usa l’imballo concordato e le istruzioni del vettore per batterie al litio, con protezione dei terminali e divieto di attivazione accidentale. Batterie gonfie, danneggiate o sospette non vanno spedite con un reso ordinario: il cliente interrompe l’uso e contatta il locatore per una procedura sicura concordata con il vettore. L’etichetta di reso non prova da sola l’ammissibilità del contenuto.</w:t>
      </w:r>
    </w:p>
    <w:p>
      <w:pPr>
        <w:pStyle w:val="Heading2"/>
      </w:pPr>
      <w:r>
        <w:t>7 Danni mancanze e ritardo</w:t>
      </w:r>
    </w:p>
    <w:p>
      <w:r>
        <w:t>Il cliente risponde dei danni e delle mancanze a lui imputabili secondo legge. Sono esclusi la normale usura, la vetustà, i difetti già registrati e i fatti per cui il cliente non è responsabile. Gli importi sono motivati da fotografie, diagnosi e documenti: riparazione ragionevole, oppure valore effettivo del componente o kit al momento dell’evento quando la riparazione non è possibile o conveniente, detratti benefici DJI Care, recuperi assicurativi e valori residui. Il cliente riceve gli elementi e può presentare osservazioni e documenti prima della definizione del rendiconto. Non sono ammessi doppi addebiti, addebiti automatici sulla carta o il pagamento automatico di un drone nuovo.</w:t>
      </w:r>
    </w:p>
    <w:p>
      <w:r>
        <w:t>Per ritardo imputabile al cliente si applica il canone giornaliero concordato di € ________, rapportato alle ore effettive di ritardo e senza maggiorazione automatica; eventuali ulteriori danni devono essere provati, senza duplicazioni. Il ritardo del corriere scelto dal locatore dopo affidamento puntuale e conforme del reso non è addebitato al cliente. Eventuali penali diverse richiedono un accordo specifico, proporzionato e conforme alle norme applicabili.</w:t>
      </w:r>
    </w:p>
    <w:p>
      <w:r>
        <w:br w:type="page"/>
      </w:r>
    </w:p>
    <w:p>
      <w:pPr>
        <w:pStyle w:val="Heading1"/>
      </w:pPr>
      <w:r>
        <w:t>8 Recesso e sottoscrizione</w:t>
      </w:r>
    </w:p>
    <w:p>
      <w:r>
        <w:t>Per il cliente consumatore che conclude il contratto a distanza, salvo una specifica eccezione di legge effettivamente applicabile, il recesso è esercitabile entro 14 giorni dalla conclusione, senza motivazione. Il noleggio del drone non comporta la rinuncia prevista per i download DXF. Per recedere è sufficiente una dichiarazione esplicita a salvatorecolangelo92@gmail.com, alla PEC o all’indirizzo del locatore indicati a pagina 1; è possibile usare il modulo sotto riportato.</w:t>
      </w:r>
    </w:p>
    <w:p>
      <w:r>
        <w:t>I pagamenti dovuti a rimborso sono restituiti senza indebito ritardo ed entro 14 giorni dalla comunicazione di recesso, mediante lo stesso mezzo di pagamento salvo diverso accordo senza costi. Se il cliente ha chiesto espressamente l’inizio del servizio nel periodo di recesso, è dovuto soltanto l’importo proporzionato al servizio già eseguito, alle condizioni dell’art. 57 del Codice del consumo. L’inizio del servizio non causa da solo la perdita del diritto.</w:t>
      </w:r>
    </w:p>
    <w:p>
      <w:r>
        <w:t>Il diritto si perde per completa esecuzione del servizio soltanto se ricorrono i presupposti di legge, compresi consenso espresso all’inizio e riconoscimento della perdita dopo l’esecuzione completa. Se il kit è già stato consegnato, le parti concordano il rientro sicuro senza ostacolare il recesso; eventuali costi diretti di restituzione a carico del cliente devono essere comunicati prima del contratto e restano salvi i limiti di legge.</w:t>
      </w:r>
    </w:p>
    <w:p>
      <w:r>
        <w:t>Richiesta facoltativa del consumatore, da selezionare solo se desiderata: [ ] Chiedo espressamente l’avvio del servizio prima della scadenza dei 14 giorni. Sono informato dell’eventuale importo proporzionale dovuto in caso di recesso e riconosco che perderò il diritto soltanto dopo la completa esecuzione del servizio, alle condizioni di legge.</w:t>
      </w:r>
    </w:p>
    <w:p>
      <w:pPr>
        <w:spacing w:after="140"/>
        <w:jc w:val="left"/>
      </w:pPr>
      <w:r>
        <w:t>Data __________  Firma per la sola richiesta facoltativa _________________________</w:t>
      </w:r>
    </w:p>
    <w:p>
      <w:r>
        <w:rPr>
          <w:sz w:val="18"/>
        </w:rPr>
        <w:t>Per le informazioni sul recesso consulta anche https://studio-colangelo-romaniello.s-c-92.chatgpt.site/rimborsi-recesso. Puoi inviare una dichiarazione esplicita tramite email, PEC o ai recapiti postali indicati a pagina 1; puoi utilizzare il modulo facoltativo riportato sotto. Non occorre attendere l’attivazione di un modulo online per comunicare il recesso.</w:t>
      </w:r>
    </w:p>
    <w:p>
      <w:pPr>
        <w:pStyle w:val="Heading2"/>
      </w:pPr>
      <w:r>
        <w:t>9 Reclami dati e accordo</w:t>
      </w:r>
    </w:p>
    <w:p>
      <w:r>
        <w:t>Reclami e richieste sono inviati ai recapiti del locatore. Si applica la legge italiana, senza privare il consumatore delle norme imperative applicabili; per il consumatore resta competente il foro previsto dalla legge. Non si prevede una deroga convenzionale al foro del consumatore. Nessuna clausola limita diritti inderogabili o autorizza addebiti automatici per danni contestati.</w:t>
      </w:r>
    </w:p>
    <w:p>
      <w:r>
        <w:rPr>
          <w:sz w:val="18"/>
        </w:rPr>
        <w:t>Dati e fotografie sono usati per richiesta, contratto, consegna, restituzione e gestione delle contestazioni secondo l’informativa privacy del sito. Le fotografie devono riguardare il kit e il suo imballo; evitare persone e dati non necessari. La firma del contratto non costituisce consenso a marketing o pubblicazione delle immagini.</w:t>
      </w:r>
    </w:p>
    <w:p>
      <w:pPr>
        <w:jc w:val="left"/>
      </w:pPr>
      <w:r>
        <w:rPr>
          <w:sz w:val="18"/>
        </w:rPr>
        <w:t>Informativa privacy: https://studio-colangelo-romaniello.s-c-92.chatgpt.site/privacy</w:t>
      </w:r>
    </w:p>
    <w:p>
      <w:r>
        <w:rPr>
          <w:sz w:val="18"/>
        </w:rPr>
        <w:t>Le parti accettano il riepilogo definitivo e le condizioni prima del pagamento, online o tramite il contratto compilato; ricevono copia su supporto durevole. Gli allegati fotografici e i verbali sono compilati e sottoscritti alle rispettive fasi. Eventuali condizioni aggiuntive devono essere allegate e accettate, senza pregiudicare le tutele inderogabili.</w:t>
      </w:r>
    </w:p>
    <w:p>
      <w:pPr>
        <w:spacing w:after="140"/>
        <w:jc w:val="left"/>
      </w:pPr>
      <w:r>
        <w:t>Luogo e data ______________________  Allegati al contratto ____________________</w:t>
      </w:r>
    </w:p>
    <w:p>
      <w:pPr>
        <w:spacing w:after="140"/>
        <w:jc w:val="left"/>
      </w:pPr>
      <w:r>
        <w:t>Il locatore _________________    Il cliente _________________</w:t>
      </w:r>
    </w:p>
    <w:p>
      <w:pPr>
        <w:pStyle w:val="Heading2"/>
      </w:pPr>
      <w:r>
        <w:t>Modulo facoltativo di recesso</w:t>
      </w:r>
    </w:p>
    <w:p>
      <w:pPr>
        <w:jc w:val="left"/>
      </w:pPr>
      <w:r>
        <w:rPr>
          <w:sz w:val="18"/>
        </w:rPr>
        <w:t>A Ing. Salvatore Colangelo, recapiti a pagina 1. Comunico il recesso dal contratto di noleggio n. __________ concluso il __________. Nome ____________________ Indirizzo ____________________ Email ____________________ Data __________ Firma ____________________ (necessaria solo su carta).</w:t>
      </w:r>
    </w:p>
    <w:p>
      <w:pPr>
        <w:spacing w:after="0"/>
        <w:jc w:val="left"/>
      </w:pPr>
      <w:r>
        <w:rPr>
          <w:sz w:val="18"/>
        </w:rPr>
        <w:t>Riferimenti: artt. 1382, 1384, 1575, 1587, 1588, 1590 e 1591 c.c.; artt. 33-36, 49, 52, 54, 54-bis, 56, 57 e 59 D.Lgs. 206/2005. Testi vigenti consultabili su Normattiva e sul portale Documentazione economica e finanziaria del MEF.</w:t>
      </w:r>
    </w:p>
    <w:p>
      <w:r>
        <w:br w:type="page"/>
      </w:r>
    </w:p>
    <w:p>
      <w:pPr>
        <w:pStyle w:val="Heading1"/>
      </w:pPr>
      <w:r>
        <w:t>Allegato A Verbale di consegna</w:t>
      </w:r>
    </w:p>
    <w:p>
      <w:pPr>
        <w:jc w:val="left"/>
      </w:pPr>
      <w:r>
        <w:rPr>
          <w:sz w:val="18"/>
        </w:rPr>
        <w:t>Da compilare sul kit effettivamente consegnato e condividere con il cliente prima dell’utilizzo.</w:t>
      </w:r>
    </w:p>
    <w:p>
      <w:pPr>
        <w:spacing w:after="140"/>
        <w:jc w:val="left"/>
      </w:pPr>
      <w:r>
        <w:t>Contratto n. __________  Data __________ ore ______  Luogo ___________________</w:t>
      </w:r>
    </w:p>
    <w:p>
      <w:pPr>
        <w:spacing w:after="140"/>
        <w:jc w:val="left"/>
      </w:pPr>
      <w:r>
        <w:t>Presenti o verifica da remoto _______________________________________________</w:t>
      </w:r>
    </w:p>
    <w:p>
      <w:pPr>
        <w:spacing w:after="140"/>
        <w:jc w:val="left"/>
      </w:pPr>
      <w:r>
        <w:t>Spedizione n. __________________  Ricevimento cliente il __________ ore 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55" w:type="dxa"/>
          <w:bottom w:w="55" w:type="dxa"/>
          <w:left w:w="80" w:type="dxa"/>
          <w:right w:w="80" w:type="dxa"/>
        </w:tblCellMar>
      </w:tblPr>
      <w:tblGrid>
        <w:gridCol w:w="3288"/>
        <w:gridCol w:w="680"/>
        <w:gridCol w:w="2721"/>
        <w:gridCol w:w="2948"/>
      </w:tblGrid>
      <w:tr>
        <w:trPr>
          <w:tblHeader/>
        </w:trPr>
        <w:tc>
          <w:tcPr>
            <w:tcW w:type="dxa" w:w="3288"/>
            <w:vAlign w:val="center"/>
            <w:shd w:fill="EDEDED"/>
          </w:tcPr>
          <w:p>
            <w:pPr>
              <w:keepNext w:val="0"/>
              <w:spacing w:before="60" w:after="60" w:line="240" w:lineRule="auto"/>
              <w:jc w:val="left"/>
            </w:pPr>
            <w:r>
              <w:rPr>
                <w:rFonts w:ascii="Arial" w:hAnsi="Arial"/>
                <w:b/>
                <w:color w:val="000000"/>
                <w:sz w:val="19"/>
              </w:rPr>
              <w:t>Componente</w:t>
            </w:r>
          </w:p>
        </w:tc>
        <w:tc>
          <w:tcPr>
            <w:tcW w:type="dxa" w:w="680"/>
            <w:vAlign w:val="center"/>
            <w:shd w:fill="EDEDED"/>
          </w:tcPr>
          <w:p>
            <w:pPr>
              <w:keepNext w:val="0"/>
              <w:spacing w:before="60" w:after="60" w:line="240" w:lineRule="auto"/>
              <w:jc w:val="left"/>
            </w:pPr>
            <w:r>
              <w:rPr>
                <w:rFonts w:ascii="Arial" w:hAnsi="Arial"/>
                <w:b/>
                <w:color w:val="000000"/>
                <w:sz w:val="19"/>
              </w:rPr>
              <w:t>Qtà</w:t>
            </w:r>
          </w:p>
        </w:tc>
        <w:tc>
          <w:tcPr>
            <w:tcW w:type="dxa" w:w="2721"/>
            <w:vAlign w:val="center"/>
            <w:shd w:fill="EDEDED"/>
          </w:tcPr>
          <w:p>
            <w:pPr>
              <w:keepNext w:val="0"/>
              <w:spacing w:before="60" w:after="60" w:line="240" w:lineRule="auto"/>
              <w:jc w:val="left"/>
            </w:pPr>
            <w:r>
              <w:rPr>
                <w:rFonts w:ascii="Arial" w:hAnsi="Arial"/>
                <w:b/>
                <w:color w:val="000000"/>
                <w:sz w:val="19"/>
              </w:rPr>
              <w:t>Matricola o identificativo</w:t>
            </w:r>
          </w:p>
        </w:tc>
        <w:tc>
          <w:tcPr>
            <w:tcW w:type="dxa" w:w="2948"/>
            <w:vAlign w:val="center"/>
            <w:shd w:fill="EDEDED"/>
          </w:tcPr>
          <w:p>
            <w:pPr>
              <w:keepNext w:val="0"/>
              <w:spacing w:before="60" w:after="60" w:line="240" w:lineRule="auto"/>
              <w:jc w:val="left"/>
            </w:pPr>
            <w:r>
              <w:rPr>
                <w:rFonts w:ascii="Arial" w:hAnsi="Arial"/>
                <w:b/>
                <w:color w:val="000000"/>
                <w:sz w:val="19"/>
              </w:rPr>
              <w:t>Stato e difetti iniziali</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Drone DJI Mavic 4 Pro</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Radiocomando DJI RC 2</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1</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2</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3</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Hub di ricarica</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Alimentatore e cavo</w:t>
            </w:r>
          </w:p>
        </w:tc>
        <w:tc>
          <w:tcPr>
            <w:tcW w:type="dxa" w:w="680"/>
            <w:vAlign w:val="center"/>
          </w:tcPr>
          <w:p>
            <w:pPr>
              <w:keepNext w:val="0"/>
              <w:spacing w:before="60" w:after="60" w:line="240" w:lineRule="auto"/>
              <w:jc w:val="center"/>
            </w:pPr>
            <w:r>
              <w:rPr>
                <w:rFonts w:ascii="Arial" w:hAnsi="Arial"/>
                <w:b w:val="0"/>
                <w:color w:val="000000"/>
                <w:sz w:val="19"/>
              </w:rPr>
              <w:t>___</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Eliche installate e di ricambio</w:t>
            </w:r>
          </w:p>
        </w:tc>
        <w:tc>
          <w:tcPr>
            <w:tcW w:type="dxa" w:w="680"/>
            <w:vAlign w:val="center"/>
          </w:tcPr>
          <w:p>
            <w:pPr>
              <w:keepNext w:val="0"/>
              <w:spacing w:before="60" w:after="60" w:line="240" w:lineRule="auto"/>
              <w:jc w:val="center"/>
            </w:pPr>
            <w:r>
              <w:rPr>
                <w:rFonts w:ascii="Arial" w:hAnsi="Arial"/>
                <w:b w:val="0"/>
                <w:color w:val="000000"/>
                <w:sz w:val="19"/>
              </w:rPr>
              <w:t>___</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Protezione gimbal</w:t>
            </w:r>
          </w:p>
        </w:tc>
        <w:tc>
          <w:tcPr>
            <w:tcW w:type="dxa" w:w="680"/>
            <w:vAlign w:val="center"/>
          </w:tcPr>
          <w:p>
            <w:pPr>
              <w:keepNext w:val="0"/>
              <w:spacing w:before="60" w:after="60" w:line="240" w:lineRule="auto"/>
              <w:jc w:val="center"/>
            </w:pPr>
            <w:r>
              <w:rPr>
                <w:rFonts w:ascii="Arial" w:hAnsi="Arial"/>
                <w:b w:val="0"/>
                <w:color w:val="000000"/>
                <w:sz w:val="19"/>
              </w:rPr>
              <w:t>1</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Borsa e imballo di spedizione</w:t>
            </w:r>
          </w:p>
        </w:tc>
        <w:tc>
          <w:tcPr>
            <w:tcW w:type="dxa" w:w="680"/>
            <w:vAlign w:val="center"/>
          </w:tcPr>
          <w:p>
            <w:pPr>
              <w:keepNext w:val="0"/>
              <w:spacing w:before="60" w:after="60" w:line="240" w:lineRule="auto"/>
              <w:jc w:val="center"/>
            </w:pPr>
            <w:r>
              <w:rPr>
                <w:rFonts w:ascii="Arial" w:hAnsi="Arial"/>
                <w:b w:val="0"/>
                <w:color w:val="000000"/>
                <w:sz w:val="19"/>
              </w:rPr>
              <w:t>___</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Scheda memoria se inclusa</w:t>
            </w:r>
          </w:p>
        </w:tc>
        <w:tc>
          <w:tcPr>
            <w:tcW w:type="dxa" w:w="680"/>
            <w:vAlign w:val="center"/>
          </w:tcPr>
          <w:p>
            <w:pPr>
              <w:keepNext w:val="0"/>
              <w:spacing w:before="60" w:after="60" w:line="240" w:lineRule="auto"/>
              <w:jc w:val="center"/>
            </w:pPr>
            <w:r>
              <w:rPr>
                <w:rFonts w:ascii="Arial" w:hAnsi="Arial"/>
                <w:b w:val="0"/>
                <w:color w:val="000000"/>
                <w:sz w:val="19"/>
              </w:rPr>
              <w:t>___</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Altri accessori concordati</w:t>
            </w:r>
          </w:p>
        </w:tc>
        <w:tc>
          <w:tcPr>
            <w:tcW w:type="dxa" w:w="680"/>
            <w:vAlign w:val="center"/>
          </w:tcPr>
          <w:p>
            <w:pPr>
              <w:keepNext w:val="0"/>
              <w:spacing w:before="60" w:after="60" w:line="240" w:lineRule="auto"/>
              <w:jc w:val="center"/>
            </w:pPr>
            <w:r>
              <w:rPr>
                <w:rFonts w:ascii="Arial" w:hAnsi="Arial"/>
                <w:b w:val="0"/>
                <w:color w:val="000000"/>
                <w:sz w:val="19"/>
              </w:rPr>
              <w:t>___</w:t>
            </w:r>
          </w:p>
        </w:tc>
        <w:tc>
          <w:tcPr>
            <w:tcW w:type="dxa" w:w="2721"/>
            <w:vAlign w:val="center"/>
          </w:tcPr>
          <w:p>
            <w:pPr>
              <w:keepNext w:val="0"/>
              <w:spacing w:before="60" w:after="60" w:line="240" w:lineRule="auto"/>
              <w:jc w:val="left"/>
            </w:pPr>
            <w:r>
              <w:rPr>
                <w:rFonts w:ascii="Arial" w:hAnsi="Arial"/>
                <w:b w:val="0"/>
                <w:color w:val="000000"/>
                <w:sz w:val="19"/>
              </w:rPr>
              <w:t>________________</w:t>
            </w:r>
          </w:p>
        </w:tc>
        <w:tc>
          <w:tcPr>
            <w:tcW w:type="dxa" w:w="2948"/>
            <w:vAlign w:val="center"/>
          </w:tcPr>
          <w:p>
            <w:pPr>
              <w:keepNext w:val="0"/>
              <w:spacing w:before="60" w:after="60" w:line="240" w:lineRule="auto"/>
              <w:jc w:val="left"/>
            </w:pPr>
            <w:r>
              <w:rPr>
                <w:rFonts w:ascii="Arial" w:hAnsi="Arial"/>
                <w:b w:val="0"/>
                <w:color w:val="000000"/>
                <w:sz w:val="19"/>
              </w:rPr>
              <w:t>________________</w:t>
            </w:r>
          </w:p>
        </w:tc>
      </w:tr>
    </w:tbl>
    <w:p>
      <w:pPr>
        <w:spacing w:after="40"/>
      </w:pPr>
      <w:r/>
    </w:p>
    <w:p>
      <w:pPr>
        <w:pStyle w:val="Heading2"/>
      </w:pPr>
      <w:r>
        <w:t>Controlli iniziali</w:t>
      </w:r>
    </w:p>
    <w:p>
      <w:pPr>
        <w:spacing w:after="140"/>
        <w:jc w:val="left"/>
      </w:pPr>
      <w:r>
        <w:t>Accensione e diagnostica __________________  Gimbal e camere _________________</w:t>
      </w:r>
    </w:p>
    <w:p>
      <w:pPr>
        <w:spacing w:after="140"/>
        <w:jc w:val="left"/>
      </w:pPr>
      <w:r>
        <w:t>Motori ed eliche __________________________  Comandi e collegamento ___________</w:t>
      </w:r>
    </w:p>
    <w:p>
      <w:pPr>
        <w:spacing w:after="140"/>
        <w:jc w:val="left"/>
      </w:pPr>
      <w:r>
        <w:t>Batterie e cicli ____________________________  Carica e integrità _________________</w:t>
      </w:r>
    </w:p>
    <w:p>
      <w:pPr>
        <w:spacing w:after="140"/>
        <w:jc w:val="left"/>
      </w:pPr>
      <w:r>
        <w:t>Prova eseguita e condizioni __________________________________________________</w:t>
      </w:r>
    </w:p>
    <w:p>
      <w:pPr>
        <w:spacing w:after="140"/>
        <w:jc w:val="left"/>
      </w:pPr>
      <w:r>
        <w:t>Difetti già presenti e limitazioni accettate _____________________________________</w:t>
      </w:r>
    </w:p>
    <w:p>
      <w:pPr>
        <w:spacing w:after="140"/>
        <w:jc w:val="left"/>
      </w:pPr>
      <w:r>
        <w:t>_______________________________________________________________________</w:t>
      </w:r>
    </w:p>
    <w:p>
      <w:r>
        <w:rPr>
          <w:sz w:val="18"/>
        </w:rPr>
        <w:t>Esito della consegna: [ ] Conforme e funzionante  [ ] Con anomalie descritte  [ ] Sospesa. In presenza di anomalie rilevanti il kit non deve essere utilizzato prima delle istruzioni del locatore. Le quantità proposte in tabella devono essere corrette in base al kit effettivo.</w:t>
      </w:r>
    </w:p>
    <w:p>
      <w:pPr>
        <w:spacing w:after="140"/>
        <w:jc w:val="left"/>
      </w:pPr>
      <w:r>
        <w:t>Foto o video allegati con nome file _______________  Numero totale ______________</w:t>
      </w:r>
    </w:p>
    <w:p>
      <w:pPr>
        <w:spacing w:after="140"/>
        <w:jc w:val="left"/>
      </w:pPr>
      <w:r>
        <w:t>Istruzioni e condizioni DJI Care o polizze consegnate ____________________________</w:t>
      </w:r>
    </w:p>
    <w:p>
      <w:pPr>
        <w:spacing w:after="140"/>
        <w:jc w:val="left"/>
      </w:pPr>
      <w:r>
        <w:t>Locatore o incaricato _________________    Cliente o incaricato _________________</w:t>
      </w:r>
    </w:p>
    <w:p>
      <w:r>
        <w:br w:type="page"/>
      </w:r>
    </w:p>
    <w:p>
      <w:pPr>
        <w:pStyle w:val="Heading1"/>
      </w:pPr>
      <w:r>
        <w:t>Allegato B Verbale di restituzione</w:t>
      </w:r>
    </w:p>
    <w:p>
      <w:pPr>
        <w:jc w:val="left"/>
      </w:pPr>
      <w:r>
        <w:rPr>
          <w:sz w:val="18"/>
        </w:rPr>
        <w:t>Confrontare lo stato del kit con il verbale e le fotografie di consegna.</w:t>
      </w:r>
    </w:p>
    <w:p>
      <w:pPr>
        <w:spacing w:after="140"/>
        <w:jc w:val="left"/>
      </w:pPr>
      <w:r>
        <w:t>Contratto n. __________  Data __________ ore ______  Luogo ___________________</w:t>
      </w:r>
    </w:p>
    <w:p>
      <w:pPr>
        <w:spacing w:after="140"/>
        <w:jc w:val="left"/>
      </w:pPr>
      <w:r>
        <w:t>Affidamento al corriere il __________ ore ______  Tracking ______________________</w:t>
      </w:r>
    </w:p>
    <w:p>
      <w:pPr>
        <w:spacing w:after="140"/>
        <w:jc w:val="left"/>
      </w:pPr>
      <w:r>
        <w:t>Rientro al locatore il __________ ore ______  Verifica tecnica il 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55" w:type="dxa"/>
          <w:bottom w:w="55" w:type="dxa"/>
          <w:left w:w="80" w:type="dxa"/>
          <w:right w:w="80" w:type="dxa"/>
        </w:tblCellMar>
      </w:tblPr>
      <w:tblGrid>
        <w:gridCol w:w="3288"/>
        <w:gridCol w:w="1020"/>
        <w:gridCol w:w="3005"/>
        <w:gridCol w:w="2324"/>
      </w:tblGrid>
      <w:tr>
        <w:trPr>
          <w:tblHeader/>
        </w:trPr>
        <w:tc>
          <w:tcPr>
            <w:tcW w:type="dxa" w:w="3288"/>
            <w:vAlign w:val="center"/>
            <w:shd w:fill="EDEDED"/>
          </w:tcPr>
          <w:p>
            <w:pPr>
              <w:keepNext w:val="0"/>
              <w:spacing w:before="60" w:after="60" w:line="240" w:lineRule="auto"/>
              <w:jc w:val="left"/>
            </w:pPr>
            <w:r>
              <w:rPr>
                <w:rFonts w:ascii="Arial" w:hAnsi="Arial"/>
                <w:b/>
                <w:color w:val="000000"/>
                <w:sz w:val="19"/>
              </w:rPr>
              <w:t>Componente</w:t>
            </w:r>
          </w:p>
        </w:tc>
        <w:tc>
          <w:tcPr>
            <w:tcW w:type="dxa" w:w="1020"/>
            <w:vAlign w:val="center"/>
            <w:shd w:fill="EDEDED"/>
          </w:tcPr>
          <w:p>
            <w:pPr>
              <w:keepNext w:val="0"/>
              <w:spacing w:before="60" w:after="60" w:line="240" w:lineRule="auto"/>
              <w:jc w:val="left"/>
            </w:pPr>
            <w:r>
              <w:rPr>
                <w:rFonts w:ascii="Arial" w:hAnsi="Arial"/>
                <w:b/>
                <w:color w:val="000000"/>
                <w:sz w:val="19"/>
              </w:rPr>
              <w:t>Qtà resa</w:t>
            </w:r>
          </w:p>
        </w:tc>
        <w:tc>
          <w:tcPr>
            <w:tcW w:type="dxa" w:w="3005"/>
            <w:vAlign w:val="center"/>
            <w:shd w:fill="EDEDED"/>
          </w:tcPr>
          <w:p>
            <w:pPr>
              <w:keepNext w:val="0"/>
              <w:spacing w:before="60" w:after="60" w:line="240" w:lineRule="auto"/>
              <w:jc w:val="left"/>
            </w:pPr>
            <w:r>
              <w:rPr>
                <w:rFonts w:ascii="Arial" w:hAnsi="Arial"/>
                <w:b/>
                <w:color w:val="000000"/>
                <w:sz w:val="19"/>
              </w:rPr>
              <w:t>Esito del confronto</w:t>
            </w:r>
          </w:p>
        </w:tc>
        <w:tc>
          <w:tcPr>
            <w:tcW w:type="dxa" w:w="2324"/>
            <w:vAlign w:val="center"/>
            <w:shd w:fill="EDEDED"/>
          </w:tcPr>
          <w:p>
            <w:pPr>
              <w:keepNext w:val="0"/>
              <w:spacing w:before="60" w:after="60" w:line="240" w:lineRule="auto"/>
              <w:jc w:val="left"/>
            </w:pPr>
            <w:r>
              <w:rPr>
                <w:rFonts w:ascii="Arial" w:hAnsi="Arial"/>
                <w:b/>
                <w:color w:val="000000"/>
                <w:sz w:val="19"/>
              </w:rPr>
              <w:t>Foto o nota</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Drone DJI Mavic 4 Pro</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Radiocomando DJI RC 2</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1</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2</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Batteria 3</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Hub di ricarica</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Alimentatore e cavo</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Eliche installate e di ricambio</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Protezione gimbal</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Borsa e imballo di spedizione</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Scheda memoria se inclusa</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r>
        <w:trPr>
          <w:cantSplit/>
          <w:cantSplit/>
          <w:cantSplit/>
          <w:cantSplit/>
        </w:trPr>
        <w:tc>
          <w:tcPr>
            <w:tcW w:type="dxa" w:w="3288"/>
            <w:vAlign w:val="center"/>
          </w:tcPr>
          <w:p>
            <w:pPr>
              <w:keepNext w:val="0"/>
              <w:spacing w:before="60" w:after="60" w:line="240" w:lineRule="auto"/>
              <w:jc w:val="left"/>
            </w:pPr>
            <w:r>
              <w:rPr>
                <w:rFonts w:ascii="Arial" w:hAnsi="Arial"/>
                <w:b w:val="0"/>
                <w:color w:val="000000"/>
                <w:sz w:val="19"/>
              </w:rPr>
              <w:t>Altri accessori concordati</w:t>
            </w:r>
          </w:p>
        </w:tc>
        <w:tc>
          <w:tcPr>
            <w:tcW w:type="dxa" w:w="1020"/>
            <w:vAlign w:val="center"/>
          </w:tcPr>
          <w:p>
            <w:pPr>
              <w:keepNext w:val="0"/>
              <w:spacing w:before="60" w:after="60" w:line="240" w:lineRule="auto"/>
              <w:jc w:val="center"/>
            </w:pPr>
            <w:r>
              <w:rPr>
                <w:rFonts w:ascii="Arial" w:hAnsi="Arial"/>
                <w:b w:val="0"/>
                <w:color w:val="000000"/>
                <w:sz w:val="19"/>
              </w:rPr>
              <w:t>___</w:t>
            </w:r>
          </w:p>
        </w:tc>
        <w:tc>
          <w:tcPr>
            <w:tcW w:type="dxa" w:w="3005"/>
            <w:vAlign w:val="center"/>
          </w:tcPr>
          <w:p>
            <w:pPr>
              <w:keepNext w:val="0"/>
              <w:spacing w:before="60" w:after="60" w:line="240" w:lineRule="auto"/>
              <w:jc w:val="left"/>
            </w:pPr>
            <w:r>
              <w:rPr>
                <w:rFonts w:ascii="Arial" w:hAnsi="Arial"/>
                <w:b w:val="0"/>
                <w:color w:val="000000"/>
                <w:sz w:val="19"/>
              </w:rPr>
              <w:t>________________</w:t>
            </w:r>
          </w:p>
        </w:tc>
        <w:tc>
          <w:tcPr>
            <w:tcW w:type="dxa" w:w="2324"/>
            <w:vAlign w:val="center"/>
          </w:tcPr>
          <w:p>
            <w:pPr>
              <w:keepNext w:val="0"/>
              <w:spacing w:before="60" w:after="60" w:line="240" w:lineRule="auto"/>
              <w:jc w:val="left"/>
            </w:pPr>
            <w:r>
              <w:rPr>
                <w:rFonts w:ascii="Arial" w:hAnsi="Arial"/>
                <w:b w:val="0"/>
                <w:color w:val="000000"/>
                <w:sz w:val="19"/>
              </w:rPr>
              <w:t>________________</w:t>
            </w:r>
          </w:p>
        </w:tc>
      </w:tr>
    </w:tbl>
    <w:p>
      <w:pPr>
        <w:spacing w:after="40"/>
      </w:pPr>
      <w:r/>
    </w:p>
    <w:p>
      <w:pPr>
        <w:spacing w:after="140"/>
        <w:jc w:val="left"/>
      </w:pPr>
      <w:r>
        <w:t>Prove funzionali eseguite ___________________________________________________</w:t>
      </w:r>
    </w:p>
    <w:p>
      <w:pPr>
        <w:spacing w:after="140"/>
        <w:jc w:val="left"/>
      </w:pPr>
      <w:r>
        <w:t>Danni nuovi o componenti mancanti __________________________________________</w:t>
      </w:r>
    </w:p>
    <w:p>
      <w:pPr>
        <w:spacing w:after="140"/>
        <w:jc w:val="left"/>
      </w:pPr>
      <w:r>
        <w:t>Usura normale o difetti già registrati __________________________________________</w:t>
      </w:r>
    </w:p>
    <w:p>
      <w:pPr>
        <w:spacing w:after="140"/>
        <w:jc w:val="left"/>
      </w:pPr>
      <w:r>
        <w:t>Osservazioni del cliente ____________________________________________________</w:t>
      </w:r>
    </w:p>
    <w:p>
      <w:r>
        <w:rPr>
          <w:sz w:val="18"/>
        </w:rPr>
        <w:t>Esito: [ ] Rientro regolare  [ ] Contestazione da documentare  [ ] Verifica ulteriore necessaria. La sottoscrizione del verbale descrive le osservazioni; non comporta accettazione automatica degli importi o rinuncia a contestare responsabilità e quantificazione.</w:t>
      </w:r>
    </w:p>
    <w:p>
      <w:pPr>
        <w:pStyle w:val="Heading2"/>
      </w:pPr>
      <w:r>
        <w:t>Rendiconto di eventuali danni</w:t>
      </w:r>
    </w:p>
    <w:p>
      <w:pPr>
        <w:spacing w:after="140"/>
        <w:jc w:val="left"/>
      </w:pPr>
      <w:r>
        <w:t>Costo documentato € ________  Benefici DJI o altri recuperi € ________  Data ______</w:t>
      </w:r>
    </w:p>
    <w:p>
      <w:pPr>
        <w:spacing w:after="140"/>
        <w:jc w:val="left"/>
      </w:pPr>
      <w:r>
        <w:t>Importo residuo motivato € ________  Osservazioni del cliente ___________________</w:t>
      </w:r>
    </w:p>
    <w:p>
      <w:pPr>
        <w:spacing w:after="140"/>
        <w:jc w:val="left"/>
      </w:pPr>
      <w:r>
        <w:t>Diagnosi o preventivo allegato __________  Accordo o verifica ulteriore ___________</w:t>
      </w:r>
    </w:p>
    <w:p>
      <w:pPr>
        <w:spacing w:after="140"/>
        <w:jc w:val="left"/>
      </w:pPr>
      <w:r>
        <w:t>Comunicazione al cliente del __________  Riferimento ___________________________</w:t>
      </w:r>
    </w:p>
    <w:p>
      <w:pPr>
        <w:spacing w:after="140"/>
        <w:jc w:val="left"/>
      </w:pPr>
      <w:r>
        <w:t>Locatore o incaricato _________________    Cliente o incaricato _________________</w:t>
      </w:r>
    </w:p>
    <w:p>
      <w:r>
        <w:br w:type="page"/>
      </w:r>
    </w:p>
    <w:p>
      <w:pPr>
        <w:pStyle w:val="Heading1"/>
      </w:pPr>
      <w:r>
        <w:t>Allegato C Fotografie alla consegna</w:t>
      </w:r>
    </w:p>
    <w:p>
      <w:pPr>
        <w:jc w:val="left"/>
      </w:pPr>
      <w:r>
        <w:rPr>
          <w:sz w:val="18"/>
        </w:rPr>
        <w:t>Allegare immagini reali leggibili; conservare i file originali con nome e data. Non usare foto di catalogo.</w:t>
      </w:r>
    </w:p>
    <w:p>
      <w:pPr>
        <w:spacing w:after="140"/>
        <w:jc w:val="left"/>
      </w:pPr>
      <w:r>
        <w:t>Contratto n. __________  Kit o matricola __________________  Data 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4819"/>
      </w:tblGrid>
      <w:tr>
        <w:trPr>
          <w:trHeight w:val="4819"/>
        </w:trPr>
        <w:tc>
          <w:tcPr>
            <w:tcW w:type="dxa" w:w="4819"/>
            <w:vAlign w:val="top"/>
            <w:tcMar>
              <w:top w:w="110" w:type="dxa"/>
              <w:left w:w="110" w:type="dxa"/>
              <w:bottom w:w="110" w:type="dxa"/>
              <w:right w:w="110" w:type="dxa"/>
            </w:tcMar>
          </w:tcPr>
          <w:p>
            <w:pPr>
              <w:jc w:val="left"/>
            </w:pPr>
            <w:r>
              <w:rPr>
                <w:b/>
                <w:sz w:val="20"/>
              </w:rPr>
              <w:t>D01  Drone sopra e sotto</w:t>
            </w:r>
          </w:p>
          <w:p>
            <w:pPr>
              <w:jc w:val="left"/>
            </w:pPr>
            <w:r>
              <w:rPr>
                <w:sz w:val="18"/>
              </w:rPr>
              <w:t>Inserire qui la fotografia o indicare il file allegato.</w:t>
            </w:r>
          </w:p>
          <w:p>
            <w:pPr>
              <w:jc w:val="left"/>
            </w:pPr>
            <w:r>
              <w:rPr>
                <w:sz w:val="18"/>
              </w:rPr>
              <w:t>File ____________________________</w:t>
              <w:br/>
              <w:t>Data e ora ______________________</w:t>
            </w:r>
          </w:p>
        </w:tc>
        <w:tc>
          <w:tcPr>
            <w:tcW w:type="dxa" w:w="4819"/>
            <w:vAlign w:val="top"/>
            <w:tcMar>
              <w:top w:w="110" w:type="dxa"/>
              <w:left w:w="110" w:type="dxa"/>
              <w:bottom w:w="110" w:type="dxa"/>
              <w:right w:w="110" w:type="dxa"/>
            </w:tcMar>
          </w:tcPr>
          <w:p>
            <w:pPr>
              <w:jc w:val="left"/>
            </w:pPr>
            <w:r>
              <w:rPr>
                <w:b/>
                <w:sz w:val="20"/>
              </w:rPr>
              <w:t>D02  Gimbal camere e matricola</w:t>
            </w:r>
          </w:p>
          <w:p>
            <w:pPr>
              <w:jc w:val="left"/>
            </w:pPr>
            <w:r>
              <w:rPr>
                <w:sz w:val="18"/>
              </w:rPr>
              <w:t>Inserire qui la fotografia o indicare il file allegato.</w:t>
            </w:r>
          </w:p>
          <w:p>
            <w:pPr>
              <w:jc w:val="left"/>
            </w:pPr>
            <w:r>
              <w:rPr>
                <w:sz w:val="18"/>
              </w:rPr>
              <w:t>File ____________________________</w:t>
              <w:br/>
              <w:t>Data e ora ______________________</w:t>
            </w:r>
          </w:p>
        </w:tc>
      </w:tr>
      <w:tr>
        <w:trPr>
          <w:trHeight w:val="4819"/>
        </w:trPr>
        <w:tc>
          <w:tcPr>
            <w:tcW w:type="dxa" w:w="4819"/>
            <w:vAlign w:val="top"/>
            <w:tcMar>
              <w:top w:w="110" w:type="dxa"/>
              <w:left w:w="110" w:type="dxa"/>
              <w:bottom w:w="110" w:type="dxa"/>
              <w:right w:w="110" w:type="dxa"/>
            </w:tcMar>
          </w:tcPr>
          <w:p>
            <w:pPr>
              <w:jc w:val="left"/>
            </w:pPr>
            <w:r>
              <w:rPr>
                <w:b/>
                <w:sz w:val="20"/>
              </w:rPr>
              <w:t>D03  Batterie radiocomando accessori</w:t>
            </w:r>
          </w:p>
          <w:p>
            <w:pPr>
              <w:jc w:val="left"/>
            </w:pPr>
            <w:r>
              <w:rPr>
                <w:sz w:val="18"/>
              </w:rPr>
              <w:t>Inserire qui la fotografia o indicare il file allegato.</w:t>
            </w:r>
          </w:p>
          <w:p>
            <w:pPr>
              <w:jc w:val="left"/>
            </w:pPr>
            <w:r>
              <w:rPr>
                <w:sz w:val="18"/>
              </w:rPr>
              <w:t>File ____________________________</w:t>
              <w:br/>
              <w:t>Data e ora ______________________</w:t>
            </w:r>
          </w:p>
        </w:tc>
        <w:tc>
          <w:tcPr>
            <w:tcW w:type="dxa" w:w="4819"/>
            <w:vAlign w:val="top"/>
            <w:tcMar>
              <w:top w:w="110" w:type="dxa"/>
              <w:left w:w="110" w:type="dxa"/>
              <w:bottom w:w="110" w:type="dxa"/>
              <w:right w:w="110" w:type="dxa"/>
            </w:tcMar>
          </w:tcPr>
          <w:p>
            <w:pPr>
              <w:jc w:val="left"/>
            </w:pPr>
            <w:r>
              <w:rPr>
                <w:b/>
                <w:sz w:val="20"/>
              </w:rPr>
              <w:t>D04  Imballo protezioni e sigilli</w:t>
            </w:r>
          </w:p>
          <w:p>
            <w:pPr>
              <w:jc w:val="left"/>
            </w:pPr>
            <w:r>
              <w:rPr>
                <w:sz w:val="18"/>
              </w:rPr>
              <w:t>Inserire qui la fotografia o indicare il file allegato.</w:t>
            </w:r>
          </w:p>
          <w:p>
            <w:pPr>
              <w:jc w:val="left"/>
            </w:pPr>
            <w:r>
              <w:rPr>
                <w:sz w:val="18"/>
              </w:rPr>
              <w:t>File ____________________________</w:t>
              <w:br/>
              <w:t>Data e ora ______________________</w:t>
            </w:r>
          </w:p>
        </w:tc>
      </w:tr>
    </w:tbl>
    <w:p>
      <w:pPr>
        <w:spacing w:after="40"/>
      </w:pPr>
      <w:r/>
    </w:p>
    <w:p>
      <w:pPr>
        <w:spacing w:after="140"/>
        <w:jc w:val="left"/>
      </w:pPr>
      <w:r>
        <w:t>Ulteriori immagini o video allegati ______________________________________________</w:t>
      </w:r>
    </w:p>
    <w:p>
      <w:pPr>
        <w:spacing w:after="140"/>
        <w:jc w:val="left"/>
      </w:pPr>
      <w:r>
        <w:t>Note su dettagli o difetti ____________________________________________________</w:t>
      </w:r>
    </w:p>
    <w:p>
      <w:r>
        <w:rPr>
          <w:sz w:val="18"/>
        </w:rPr>
        <w:t>Se le fotografie sono allegate separatamente, riportarne i nomi esatti e includerle nella copia del verbale trasmessa a entrambe le parti. Fotografare eventuali difetti da vicino e aggiungere una vista generale che li localizzi.</w:t>
      </w:r>
    </w:p>
    <w:p>
      <w:pPr>
        <w:spacing w:after="140"/>
        <w:jc w:val="left"/>
      </w:pPr>
      <w:r>
        <w:t>Locatore o incaricato _________________    Cliente o incaricato _________________</w:t>
      </w:r>
    </w:p>
    <w:p>
      <w:r>
        <w:br w:type="page"/>
      </w:r>
    </w:p>
    <w:p>
      <w:pPr>
        <w:pStyle w:val="Heading1"/>
      </w:pPr>
      <w:r>
        <w:t>Allegato D Fotografie alla restituzione</w:t>
      </w:r>
    </w:p>
    <w:p>
      <w:pPr>
        <w:jc w:val="left"/>
      </w:pPr>
      <w:r>
        <w:rPr>
          <w:sz w:val="18"/>
        </w:rPr>
        <w:t>Allegare immagini reali leggibili; conservare i file originali con nome e data. Non usare foto di catalogo.</w:t>
      </w:r>
    </w:p>
    <w:p>
      <w:pPr>
        <w:spacing w:after="140"/>
        <w:jc w:val="left"/>
      </w:pPr>
      <w:r>
        <w:t>Contratto n. __________  Kit o matricola __________________  Data 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4819"/>
      </w:tblGrid>
      <w:tr>
        <w:trPr>
          <w:trHeight w:val="4819"/>
        </w:trPr>
        <w:tc>
          <w:tcPr>
            <w:tcW w:type="dxa" w:w="4819"/>
            <w:vAlign w:val="top"/>
            <w:tcMar>
              <w:top w:w="110" w:type="dxa"/>
              <w:left w:w="110" w:type="dxa"/>
              <w:bottom w:w="110" w:type="dxa"/>
              <w:right w:w="110" w:type="dxa"/>
            </w:tcMar>
          </w:tcPr>
          <w:p>
            <w:pPr>
              <w:jc w:val="left"/>
            </w:pPr>
            <w:r>
              <w:rPr>
                <w:b/>
                <w:sz w:val="20"/>
              </w:rPr>
              <w:t>R01  Drone sopra e sotto</w:t>
            </w:r>
          </w:p>
          <w:p>
            <w:pPr>
              <w:jc w:val="left"/>
            </w:pPr>
            <w:r>
              <w:rPr>
                <w:sz w:val="18"/>
              </w:rPr>
              <w:t>Inserire qui la fotografia o indicare il file allegato.</w:t>
            </w:r>
          </w:p>
          <w:p>
            <w:pPr>
              <w:jc w:val="left"/>
            </w:pPr>
            <w:r>
              <w:rPr>
                <w:sz w:val="18"/>
              </w:rPr>
              <w:t>File ____________________________</w:t>
              <w:br/>
              <w:t>Data e ora ______________________</w:t>
            </w:r>
          </w:p>
        </w:tc>
        <w:tc>
          <w:tcPr>
            <w:tcW w:type="dxa" w:w="4819"/>
            <w:vAlign w:val="top"/>
            <w:tcMar>
              <w:top w:w="110" w:type="dxa"/>
              <w:left w:w="110" w:type="dxa"/>
              <w:bottom w:w="110" w:type="dxa"/>
              <w:right w:w="110" w:type="dxa"/>
            </w:tcMar>
          </w:tcPr>
          <w:p>
            <w:pPr>
              <w:jc w:val="left"/>
            </w:pPr>
            <w:r>
              <w:rPr>
                <w:b/>
                <w:sz w:val="20"/>
              </w:rPr>
              <w:t>R02  Gimbal camere e matricola</w:t>
            </w:r>
          </w:p>
          <w:p>
            <w:pPr>
              <w:jc w:val="left"/>
            </w:pPr>
            <w:r>
              <w:rPr>
                <w:sz w:val="18"/>
              </w:rPr>
              <w:t>Inserire qui la fotografia o indicare il file allegato.</w:t>
            </w:r>
          </w:p>
          <w:p>
            <w:pPr>
              <w:jc w:val="left"/>
            </w:pPr>
            <w:r>
              <w:rPr>
                <w:sz w:val="18"/>
              </w:rPr>
              <w:t>File ____________________________</w:t>
              <w:br/>
              <w:t>Data e ora ______________________</w:t>
            </w:r>
          </w:p>
        </w:tc>
      </w:tr>
      <w:tr>
        <w:trPr>
          <w:trHeight w:val="4819"/>
        </w:trPr>
        <w:tc>
          <w:tcPr>
            <w:tcW w:type="dxa" w:w="4819"/>
            <w:vAlign w:val="top"/>
            <w:tcMar>
              <w:top w:w="110" w:type="dxa"/>
              <w:left w:w="110" w:type="dxa"/>
              <w:bottom w:w="110" w:type="dxa"/>
              <w:right w:w="110" w:type="dxa"/>
            </w:tcMar>
          </w:tcPr>
          <w:p>
            <w:pPr>
              <w:jc w:val="left"/>
            </w:pPr>
            <w:r>
              <w:rPr>
                <w:b/>
                <w:sz w:val="20"/>
              </w:rPr>
              <w:t>R03  Batterie radiocomando accessori</w:t>
            </w:r>
          </w:p>
          <w:p>
            <w:pPr>
              <w:jc w:val="left"/>
            </w:pPr>
            <w:r>
              <w:rPr>
                <w:sz w:val="18"/>
              </w:rPr>
              <w:t>Inserire qui la fotografia o indicare il file allegato.</w:t>
            </w:r>
          </w:p>
          <w:p>
            <w:pPr>
              <w:jc w:val="left"/>
            </w:pPr>
            <w:r>
              <w:rPr>
                <w:sz w:val="18"/>
              </w:rPr>
              <w:t>File ____________________________</w:t>
              <w:br/>
              <w:t>Data e ora ______________________</w:t>
            </w:r>
          </w:p>
        </w:tc>
        <w:tc>
          <w:tcPr>
            <w:tcW w:type="dxa" w:w="4819"/>
            <w:vAlign w:val="top"/>
            <w:tcMar>
              <w:top w:w="110" w:type="dxa"/>
              <w:left w:w="110" w:type="dxa"/>
              <w:bottom w:w="110" w:type="dxa"/>
              <w:right w:w="110" w:type="dxa"/>
            </w:tcMar>
          </w:tcPr>
          <w:p>
            <w:pPr>
              <w:jc w:val="left"/>
            </w:pPr>
            <w:r>
              <w:rPr>
                <w:b/>
                <w:sz w:val="20"/>
              </w:rPr>
              <w:t>R04  Imballo e anomalie riscontrate</w:t>
            </w:r>
          </w:p>
          <w:p>
            <w:pPr>
              <w:jc w:val="left"/>
            </w:pPr>
            <w:r>
              <w:rPr>
                <w:sz w:val="18"/>
              </w:rPr>
              <w:t>Inserire qui la fotografia o indicare il file allegato.</w:t>
            </w:r>
          </w:p>
          <w:p>
            <w:pPr>
              <w:jc w:val="left"/>
            </w:pPr>
            <w:r>
              <w:rPr>
                <w:sz w:val="18"/>
              </w:rPr>
              <w:t>File ____________________________</w:t>
              <w:br/>
              <w:t>Data e ora ______________________</w:t>
            </w:r>
          </w:p>
        </w:tc>
      </w:tr>
    </w:tbl>
    <w:p>
      <w:pPr>
        <w:spacing w:after="40"/>
      </w:pPr>
      <w:r/>
    </w:p>
    <w:p>
      <w:pPr>
        <w:spacing w:after="140"/>
        <w:jc w:val="left"/>
      </w:pPr>
      <w:r>
        <w:t>Ulteriori immagini o video allegati ______________________________________________</w:t>
      </w:r>
    </w:p>
    <w:p>
      <w:pPr>
        <w:spacing w:after="140"/>
        <w:jc w:val="left"/>
      </w:pPr>
      <w:r>
        <w:t>Note su dettagli o difetti ____________________________________________________</w:t>
      </w:r>
    </w:p>
    <w:p>
      <w:r>
        <w:rPr>
          <w:sz w:val="18"/>
        </w:rPr>
        <w:t>Se le fotografie sono allegate separatamente, riportarne i nomi esatti e includerle nella copia del verbale trasmessa a entrambe le parti. Fotografare eventuali difetti da vicino e aggiungere una vista generale che li localizzi.</w:t>
      </w:r>
    </w:p>
    <w:p>
      <w:pPr>
        <w:spacing w:after="140"/>
        <w:jc w:val="left"/>
      </w:pPr>
      <w:r>
        <w:t>Locatore o incaricato _________________    Cliente o incaricato _________________</w:t>
      </w:r>
    </w:p>
    <w:sectPr w:rsidR="00FC693F" w:rsidRPr="0006063C" w:rsidSect="00034616">
      <w:headerReference w:type="default" r:id="rId9"/>
      <w:footerReference w:type="default" r:id="rId10"/>
      <w:pgSz w:w="11906" w:h="16838"/>
      <w:pgMar w:top="1020"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Modello 03 novembre 2026  |  Pagina </w:t>
    </w:r>
    <w:fldSimple w:instr="PAGE"/>
    <w:r>
      <w:rPr>
        <w:sz w:val="16"/>
      </w:rPr>
      <w:t xml:space="preserve"> di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ING. SALVATORE COLANGELO  |  NOLEGGIO DRONE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jc w:val="both"/>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jc w:val="left"/>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120"/>
      <w:jc w:val="left"/>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noleggio drone con verbali di consegna e restituzione</dc:title>
  <dc:subject>DJI Mavic 4 Pro Combo Fly More senza pilota</dc:subject>
  <dc:creator>Ing. Salvatore Colangelo</dc:creator>
  <cp:keywords>noleggio, drone, contratto, verbale, DJI Care Refresh, fotografie</cp:keywords>
  <dc:description/>
  <cp:lastModifiedBy/>
  <cp:revision>1</cp:revision>
  <dcterms:created xsi:type="dcterms:W3CDTF">2013-12-23T23:15:00Z</dcterms:created>
  <dcterms:modified xsi:type="dcterms:W3CDTF">2013-12-23T23:15:00Z</dcterms:modified>
  <cp:category/>
</cp:coreProperties>
</file>